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1837"/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268"/>
        <w:gridCol w:w="4684"/>
      </w:tblGrid>
      <w:tr w:rsidR="00C24924" w:rsidRPr="007F3631" w14:paraId="340329F2" w14:textId="77777777" w:rsidTr="00032495">
        <w:trPr>
          <w:trHeight w:val="340"/>
        </w:trPr>
        <w:tc>
          <w:tcPr>
            <w:tcW w:w="2830" w:type="dxa"/>
            <w:shd w:val="clear" w:color="auto" w:fill="D9EA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36C1FCF" w14:textId="77777777" w:rsidR="00C24924" w:rsidRPr="007F3631" w:rsidRDefault="00C765BB" w:rsidP="00561942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Datum</w:t>
            </w:r>
          </w:p>
        </w:tc>
        <w:tc>
          <w:tcPr>
            <w:tcW w:w="2268" w:type="dxa"/>
            <w:shd w:val="clear" w:color="auto" w:fill="D9EA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60D281B" w14:textId="77777777" w:rsidR="00C24924" w:rsidRPr="007F3631" w:rsidRDefault="00C765BB" w:rsidP="00561942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Tag</w:t>
            </w:r>
          </w:p>
        </w:tc>
        <w:tc>
          <w:tcPr>
            <w:tcW w:w="4684" w:type="dxa"/>
            <w:shd w:val="clear" w:color="auto" w:fill="D9EA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1C880D4" w14:textId="77777777" w:rsidR="00C24924" w:rsidRPr="007F3631" w:rsidRDefault="00C765BB" w:rsidP="00561942">
            <w:pPr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Ereignisse</w:t>
            </w:r>
            <w:proofErr w:type="spellEnd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/ </w:t>
            </w:r>
            <w:proofErr w:type="spellStart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Informationen</w:t>
            </w:r>
            <w:proofErr w:type="spellEnd"/>
          </w:p>
        </w:tc>
      </w:tr>
      <w:tr w:rsidR="00C24924" w:rsidRPr="007F3631" w14:paraId="76889BD8" w14:textId="77777777" w:rsidTr="00032495">
        <w:trPr>
          <w:trHeight w:val="340"/>
        </w:trPr>
        <w:tc>
          <w:tcPr>
            <w:tcW w:w="2830" w:type="dxa"/>
            <w:shd w:val="clear" w:color="auto" w:fill="E2F0D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4774E0D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14.09.2026</w:t>
            </w:r>
          </w:p>
        </w:tc>
        <w:tc>
          <w:tcPr>
            <w:tcW w:w="2268" w:type="dxa"/>
            <w:shd w:val="clear" w:color="auto" w:fill="E2F0D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FFA281A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Montag</w:t>
            </w:r>
          </w:p>
        </w:tc>
        <w:tc>
          <w:tcPr>
            <w:tcW w:w="4684" w:type="dxa"/>
            <w:shd w:val="clear" w:color="auto" w:fill="E2F0D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AE1766A" w14:textId="16F2719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Schulbeginn</w:t>
            </w:r>
            <w:proofErr w:type="spellEnd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2026/27</w:t>
            </w:r>
            <w:r w:rsidR="00C555AD" w:rsidRPr="007F3631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</w:t>
            </w:r>
          </w:p>
        </w:tc>
      </w:tr>
      <w:tr w:rsidR="00C24924" w:rsidRPr="007F3631" w14:paraId="332F02D3" w14:textId="77777777" w:rsidTr="00032495">
        <w:trPr>
          <w:trHeight w:val="340"/>
        </w:trPr>
        <w:tc>
          <w:tcPr>
            <w:tcW w:w="2830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24914B4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06.10.2026</w:t>
            </w:r>
          </w:p>
        </w:tc>
        <w:tc>
          <w:tcPr>
            <w:tcW w:w="226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8AC3007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Dienstag</w:t>
            </w:r>
          </w:p>
        </w:tc>
        <w:tc>
          <w:tcPr>
            <w:tcW w:w="468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0BB7974" w14:textId="43574040" w:rsidR="00C24924" w:rsidRPr="007F3631" w:rsidRDefault="00AD6DC5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7F3631">
              <w:rPr>
                <w:rFonts w:ascii="Calibri Light" w:hAnsi="Calibri Light" w:cs="Calibri Light"/>
                <w:sz w:val="20"/>
                <w:szCs w:val="20"/>
              </w:rPr>
              <w:t>Schulimpfung</w:t>
            </w:r>
            <w:proofErr w:type="spellEnd"/>
            <w:r w:rsidRPr="007F3631">
              <w:rPr>
                <w:rFonts w:ascii="Calibri Light" w:hAnsi="Calibri Light" w:cs="Calibri Light"/>
                <w:sz w:val="20"/>
                <w:szCs w:val="20"/>
              </w:rPr>
              <w:t xml:space="preserve"> 2.</w:t>
            </w:r>
            <w:r w:rsidR="00720F4E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proofErr w:type="gramStart"/>
            <w:r w:rsidR="00032495">
              <w:rPr>
                <w:rFonts w:ascii="Calibri Light" w:hAnsi="Calibri Light" w:cs="Calibri Light"/>
                <w:sz w:val="20"/>
                <w:szCs w:val="20"/>
              </w:rPr>
              <w:t>Klasse</w:t>
            </w:r>
            <w:proofErr w:type="gramEnd"/>
          </w:p>
        </w:tc>
      </w:tr>
      <w:tr w:rsidR="00C24924" w:rsidRPr="007F3631" w14:paraId="240262D5" w14:textId="77777777" w:rsidTr="00032495">
        <w:trPr>
          <w:trHeight w:val="340"/>
        </w:trPr>
        <w:tc>
          <w:tcPr>
            <w:tcW w:w="2830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CD01184" w14:textId="054C0EA5" w:rsidR="00C24924" w:rsidRPr="007F3631" w:rsidRDefault="00710FF2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26.10.2026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- 02.11.2026</w:t>
            </w:r>
          </w:p>
        </w:tc>
        <w:tc>
          <w:tcPr>
            <w:tcW w:w="2268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53CD8AF" w14:textId="53505118" w:rsidR="00C24924" w:rsidRPr="007F3631" w:rsidRDefault="00710FF2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Montag</w:t>
            </w:r>
            <w:r w:rsidR="00724B65">
              <w:rPr>
                <w:rFonts w:ascii="Calibri Light" w:hAnsi="Calibri Light" w:cs="Calibri Light"/>
                <w:sz w:val="20"/>
                <w:szCs w:val="20"/>
              </w:rPr>
              <w:t xml:space="preserve"> - Montag</w:t>
            </w:r>
          </w:p>
        </w:tc>
        <w:tc>
          <w:tcPr>
            <w:tcW w:w="4684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A518258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Herbstferien</w:t>
            </w:r>
            <w:proofErr w:type="spellEnd"/>
          </w:p>
        </w:tc>
      </w:tr>
      <w:tr w:rsidR="00C24924" w:rsidRPr="007F3631" w14:paraId="0BA21FCC" w14:textId="77777777" w:rsidTr="00032495">
        <w:trPr>
          <w:trHeight w:val="340"/>
        </w:trPr>
        <w:tc>
          <w:tcPr>
            <w:tcW w:w="2830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B7F152F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26.11.2026</w:t>
            </w:r>
          </w:p>
        </w:tc>
        <w:tc>
          <w:tcPr>
            <w:tcW w:w="226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55C8E02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Donnerstag</w:t>
            </w:r>
          </w:p>
        </w:tc>
        <w:tc>
          <w:tcPr>
            <w:tcW w:w="468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AC0A5B7" w14:textId="4578A191" w:rsidR="00C24924" w:rsidRPr="00032495" w:rsidRDefault="00032495" w:rsidP="00032495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032495">
              <w:rPr>
                <w:rFonts w:ascii="Calibri Light" w:hAnsi="Calibri Light" w:cs="Calibri Light"/>
                <w:b/>
                <w:sz w:val="20"/>
                <w:szCs w:val="20"/>
              </w:rPr>
              <w:t>1.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</w:t>
            </w:r>
            <w:proofErr w:type="spellStart"/>
            <w:r w:rsidR="00F750FD" w:rsidRPr="00032495">
              <w:rPr>
                <w:rFonts w:ascii="Calibri Light" w:hAnsi="Calibri Light" w:cs="Calibri Light"/>
                <w:b/>
                <w:sz w:val="20"/>
                <w:szCs w:val="20"/>
              </w:rPr>
              <w:t>Elternsprechtag</w:t>
            </w:r>
            <w:proofErr w:type="spellEnd"/>
          </w:p>
        </w:tc>
      </w:tr>
      <w:tr w:rsidR="00C24924" w:rsidRPr="007F3631" w14:paraId="44C9DE50" w14:textId="77777777" w:rsidTr="00032495">
        <w:trPr>
          <w:trHeight w:val="340"/>
        </w:trPr>
        <w:tc>
          <w:tcPr>
            <w:tcW w:w="2830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CD8EB1C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08.12.2026</w:t>
            </w:r>
          </w:p>
        </w:tc>
        <w:tc>
          <w:tcPr>
            <w:tcW w:w="2268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8C03AAE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Dienstag</w:t>
            </w:r>
          </w:p>
        </w:tc>
        <w:tc>
          <w:tcPr>
            <w:tcW w:w="4684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19824D6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Mariä</w:t>
            </w:r>
            <w:proofErr w:type="spellEnd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</w:t>
            </w:r>
            <w:proofErr w:type="spellStart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Empfängnis</w:t>
            </w:r>
            <w:proofErr w:type="spellEnd"/>
          </w:p>
        </w:tc>
      </w:tr>
      <w:tr w:rsidR="00C24924" w:rsidRPr="007F3631" w14:paraId="622854D2" w14:textId="77777777" w:rsidTr="00032495">
        <w:trPr>
          <w:trHeight w:val="340"/>
        </w:trPr>
        <w:tc>
          <w:tcPr>
            <w:tcW w:w="2830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9E7E960" w14:textId="29BF7C14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24.12.2026</w:t>
            </w:r>
            <w:r w:rsidR="00710FF2">
              <w:rPr>
                <w:rFonts w:ascii="Calibri Light" w:hAnsi="Calibri Light" w:cs="Calibri Light"/>
                <w:sz w:val="20"/>
                <w:szCs w:val="20"/>
              </w:rPr>
              <w:t xml:space="preserve"> – 06.01.2027</w:t>
            </w:r>
          </w:p>
        </w:tc>
        <w:tc>
          <w:tcPr>
            <w:tcW w:w="2268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0F0FFB0" w14:textId="63658D38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Donnerstag</w:t>
            </w:r>
            <w:r w:rsidR="00B40375">
              <w:rPr>
                <w:rFonts w:ascii="Calibri Light" w:hAnsi="Calibri Light" w:cs="Calibri Light"/>
                <w:sz w:val="20"/>
                <w:szCs w:val="20"/>
              </w:rPr>
              <w:t xml:space="preserve"> - </w:t>
            </w:r>
            <w:proofErr w:type="spellStart"/>
            <w:r w:rsidR="00B40375" w:rsidRPr="007F3631">
              <w:rPr>
                <w:rFonts w:ascii="Calibri Light" w:hAnsi="Calibri Light" w:cs="Calibri Light"/>
                <w:sz w:val="20"/>
                <w:szCs w:val="20"/>
              </w:rPr>
              <w:t>Mittwoch</w:t>
            </w:r>
            <w:proofErr w:type="spellEnd"/>
          </w:p>
        </w:tc>
        <w:tc>
          <w:tcPr>
            <w:tcW w:w="4684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88DC76C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Weihnachtsferien</w:t>
            </w:r>
            <w:proofErr w:type="spellEnd"/>
          </w:p>
        </w:tc>
      </w:tr>
      <w:tr w:rsidR="00C24924" w:rsidRPr="007F3631" w14:paraId="0AD502A3" w14:textId="77777777" w:rsidTr="00032495">
        <w:trPr>
          <w:trHeight w:val="340"/>
        </w:trPr>
        <w:tc>
          <w:tcPr>
            <w:tcW w:w="2830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B943679" w14:textId="2A6C6038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15.02.2027</w:t>
            </w:r>
            <w:r w:rsidR="00B40375">
              <w:rPr>
                <w:rFonts w:ascii="Calibri Light" w:hAnsi="Calibri Light" w:cs="Calibri Light"/>
                <w:sz w:val="20"/>
                <w:szCs w:val="20"/>
              </w:rPr>
              <w:t xml:space="preserve"> – 2</w:t>
            </w:r>
            <w:r w:rsidR="004F23F4">
              <w:rPr>
                <w:rFonts w:ascii="Calibri Light" w:hAnsi="Calibri Light" w:cs="Calibri Light"/>
                <w:sz w:val="20"/>
                <w:szCs w:val="20"/>
              </w:rPr>
              <w:t>1</w:t>
            </w:r>
            <w:r w:rsidR="00B40375">
              <w:rPr>
                <w:rFonts w:ascii="Calibri Light" w:hAnsi="Calibri Light" w:cs="Calibri Light"/>
                <w:sz w:val="20"/>
                <w:szCs w:val="20"/>
              </w:rPr>
              <w:t xml:space="preserve">.02.2027 </w:t>
            </w:r>
          </w:p>
        </w:tc>
        <w:tc>
          <w:tcPr>
            <w:tcW w:w="2268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FFA6C2A" w14:textId="40C328B1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Montag</w:t>
            </w:r>
            <w:r w:rsidR="004F23F4">
              <w:rPr>
                <w:rFonts w:ascii="Calibri Light" w:hAnsi="Calibri Light" w:cs="Calibri Light"/>
                <w:sz w:val="20"/>
                <w:szCs w:val="20"/>
              </w:rPr>
              <w:t xml:space="preserve"> - Sonntag</w:t>
            </w:r>
          </w:p>
        </w:tc>
        <w:tc>
          <w:tcPr>
            <w:tcW w:w="4684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514678A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Semesterferien</w:t>
            </w:r>
            <w:proofErr w:type="spellEnd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OÖ</w:t>
            </w:r>
          </w:p>
        </w:tc>
      </w:tr>
      <w:tr w:rsidR="00C24924" w:rsidRPr="007F3631" w14:paraId="542606A8" w14:textId="77777777" w:rsidTr="00032495">
        <w:trPr>
          <w:trHeight w:val="340"/>
        </w:trPr>
        <w:tc>
          <w:tcPr>
            <w:tcW w:w="2830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831D18F" w14:textId="2F28734F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20.03.2027</w:t>
            </w:r>
            <w:r w:rsidR="006F4EAA">
              <w:rPr>
                <w:rFonts w:ascii="Calibri Light" w:hAnsi="Calibri Light" w:cs="Calibri Light"/>
                <w:sz w:val="20"/>
                <w:szCs w:val="20"/>
              </w:rPr>
              <w:t xml:space="preserve"> - </w:t>
            </w:r>
            <w:r w:rsidR="006F4EAA" w:rsidRPr="007F3631">
              <w:rPr>
                <w:rFonts w:ascii="Calibri Light" w:hAnsi="Calibri Light" w:cs="Calibri Light"/>
                <w:sz w:val="20"/>
                <w:szCs w:val="20"/>
              </w:rPr>
              <w:t>29.03.2027</w:t>
            </w:r>
          </w:p>
        </w:tc>
        <w:tc>
          <w:tcPr>
            <w:tcW w:w="2268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A4145CC" w14:textId="7D4E39B0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Samstag</w:t>
            </w:r>
            <w:r w:rsidR="006F4EAA">
              <w:rPr>
                <w:rFonts w:ascii="Calibri Light" w:hAnsi="Calibri Light" w:cs="Calibri Light"/>
                <w:sz w:val="20"/>
                <w:szCs w:val="20"/>
              </w:rPr>
              <w:t xml:space="preserve"> - Montag</w:t>
            </w:r>
          </w:p>
        </w:tc>
        <w:tc>
          <w:tcPr>
            <w:tcW w:w="4684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51F7DB2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Osterferien</w:t>
            </w:r>
            <w:proofErr w:type="spellEnd"/>
          </w:p>
        </w:tc>
      </w:tr>
      <w:tr w:rsidR="00C24924" w:rsidRPr="007F3631" w14:paraId="10A03992" w14:textId="77777777" w:rsidTr="00032495">
        <w:trPr>
          <w:trHeight w:val="340"/>
        </w:trPr>
        <w:tc>
          <w:tcPr>
            <w:tcW w:w="2830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3A46BBE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01.05.2027</w:t>
            </w:r>
          </w:p>
        </w:tc>
        <w:tc>
          <w:tcPr>
            <w:tcW w:w="2268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5C61863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Samstag</w:t>
            </w:r>
          </w:p>
        </w:tc>
        <w:tc>
          <w:tcPr>
            <w:tcW w:w="4684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BA268EE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Staatsfeiertag</w:t>
            </w:r>
          </w:p>
        </w:tc>
      </w:tr>
      <w:tr w:rsidR="00C24924" w:rsidRPr="007F3631" w14:paraId="3CC60C26" w14:textId="77777777" w:rsidTr="00032495">
        <w:trPr>
          <w:trHeight w:val="340"/>
        </w:trPr>
        <w:tc>
          <w:tcPr>
            <w:tcW w:w="2830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E95A27B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04.05.2027</w:t>
            </w:r>
          </w:p>
        </w:tc>
        <w:tc>
          <w:tcPr>
            <w:tcW w:w="2268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D872EF7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Dienstag</w:t>
            </w:r>
          </w:p>
        </w:tc>
        <w:tc>
          <w:tcPr>
            <w:tcW w:w="4684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6217659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Hl. Florian – </w:t>
            </w:r>
            <w:proofErr w:type="spellStart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Landespatron</w:t>
            </w:r>
            <w:proofErr w:type="spellEnd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OÖ</w:t>
            </w:r>
          </w:p>
        </w:tc>
      </w:tr>
      <w:tr w:rsidR="00C24924" w:rsidRPr="007F3631" w14:paraId="720E91A1" w14:textId="77777777" w:rsidTr="00032495">
        <w:trPr>
          <w:trHeight w:val="340"/>
        </w:trPr>
        <w:tc>
          <w:tcPr>
            <w:tcW w:w="2830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E3E5544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06.05.2027</w:t>
            </w:r>
          </w:p>
        </w:tc>
        <w:tc>
          <w:tcPr>
            <w:tcW w:w="2268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859E65E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Donnerstag</w:t>
            </w:r>
          </w:p>
        </w:tc>
        <w:tc>
          <w:tcPr>
            <w:tcW w:w="4684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BE7AE18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Christi </w:t>
            </w:r>
            <w:proofErr w:type="spellStart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Himmelfahrt</w:t>
            </w:r>
            <w:proofErr w:type="spellEnd"/>
          </w:p>
        </w:tc>
      </w:tr>
      <w:tr w:rsidR="00C24924" w:rsidRPr="007F3631" w14:paraId="793C05AE" w14:textId="77777777" w:rsidTr="00032495">
        <w:trPr>
          <w:trHeight w:val="340"/>
        </w:trPr>
        <w:tc>
          <w:tcPr>
            <w:tcW w:w="2830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3F5AF32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07.05.2027</w:t>
            </w:r>
          </w:p>
        </w:tc>
        <w:tc>
          <w:tcPr>
            <w:tcW w:w="2268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34EE59B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Freitag</w:t>
            </w:r>
          </w:p>
        </w:tc>
        <w:tc>
          <w:tcPr>
            <w:tcW w:w="4684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4CB6059" w14:textId="1500E7A4" w:rsidR="00C24924" w:rsidRPr="007F3631" w:rsidRDefault="005E528A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s</w:t>
            </w:r>
            <w:r w:rsidR="007B4062" w:rsidRPr="007F3631">
              <w:rPr>
                <w:rFonts w:ascii="Calibri Light" w:hAnsi="Calibri Light" w:cs="Calibri Light"/>
                <w:b/>
                <w:sz w:val="20"/>
                <w:szCs w:val="20"/>
              </w:rPr>
              <w:t>chulaut</w:t>
            </w:r>
            <w:proofErr w:type="spellEnd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. </w:t>
            </w:r>
            <w:proofErr w:type="spellStart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freier</w:t>
            </w:r>
            <w:proofErr w:type="spellEnd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Tag</w:t>
            </w:r>
          </w:p>
        </w:tc>
      </w:tr>
      <w:tr w:rsidR="00C24924" w:rsidRPr="007F3631" w14:paraId="29452628" w14:textId="77777777" w:rsidTr="00032495">
        <w:trPr>
          <w:trHeight w:val="340"/>
        </w:trPr>
        <w:tc>
          <w:tcPr>
            <w:tcW w:w="2830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27B4EEC" w14:textId="066F59BD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15.05.2027</w:t>
            </w:r>
            <w:r w:rsidR="00C7700A">
              <w:rPr>
                <w:rFonts w:ascii="Calibri Light" w:hAnsi="Calibri Light" w:cs="Calibri Light"/>
                <w:sz w:val="20"/>
                <w:szCs w:val="20"/>
              </w:rPr>
              <w:t xml:space="preserve"> – 17.05.2027</w:t>
            </w:r>
          </w:p>
        </w:tc>
        <w:tc>
          <w:tcPr>
            <w:tcW w:w="2268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F8F95E4" w14:textId="699D6E30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Samstag</w:t>
            </w:r>
            <w:r w:rsidR="00C7700A">
              <w:rPr>
                <w:rFonts w:ascii="Calibri Light" w:hAnsi="Calibri Light" w:cs="Calibri Light"/>
                <w:sz w:val="20"/>
                <w:szCs w:val="20"/>
              </w:rPr>
              <w:t xml:space="preserve"> - Montag</w:t>
            </w:r>
          </w:p>
        </w:tc>
        <w:tc>
          <w:tcPr>
            <w:tcW w:w="4684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27623B9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Pfingstferien</w:t>
            </w:r>
            <w:proofErr w:type="spellEnd"/>
          </w:p>
        </w:tc>
      </w:tr>
      <w:tr w:rsidR="00C24924" w:rsidRPr="007F3631" w14:paraId="379ED825" w14:textId="77777777" w:rsidTr="00032495">
        <w:trPr>
          <w:trHeight w:val="340"/>
        </w:trPr>
        <w:tc>
          <w:tcPr>
            <w:tcW w:w="2830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7B77D29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20.05.2027</w:t>
            </w:r>
          </w:p>
        </w:tc>
        <w:tc>
          <w:tcPr>
            <w:tcW w:w="226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54991C4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Donnerstag</w:t>
            </w:r>
          </w:p>
        </w:tc>
        <w:tc>
          <w:tcPr>
            <w:tcW w:w="468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26A006C" w14:textId="20E5806D" w:rsidR="00C24924" w:rsidRPr="007F3631" w:rsidRDefault="00032495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2. </w:t>
            </w:r>
            <w:proofErr w:type="spellStart"/>
            <w:r w:rsidR="00A5647F" w:rsidRPr="007F3631">
              <w:rPr>
                <w:rFonts w:ascii="Calibri Light" w:hAnsi="Calibri Light" w:cs="Calibri Light"/>
                <w:b/>
                <w:sz w:val="20"/>
                <w:szCs w:val="20"/>
              </w:rPr>
              <w:t>Elternsprechtag</w:t>
            </w:r>
            <w:proofErr w:type="spellEnd"/>
          </w:p>
        </w:tc>
      </w:tr>
      <w:tr w:rsidR="00C24924" w:rsidRPr="007F3631" w14:paraId="2456095A" w14:textId="77777777" w:rsidTr="00032495">
        <w:trPr>
          <w:trHeight w:val="340"/>
        </w:trPr>
        <w:tc>
          <w:tcPr>
            <w:tcW w:w="2830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D384EA9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27.05.2027</w:t>
            </w:r>
          </w:p>
        </w:tc>
        <w:tc>
          <w:tcPr>
            <w:tcW w:w="2268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42E8DF4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Donnerstag</w:t>
            </w:r>
          </w:p>
        </w:tc>
        <w:tc>
          <w:tcPr>
            <w:tcW w:w="4684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90873FB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Fronleichnam</w:t>
            </w:r>
            <w:proofErr w:type="spellEnd"/>
          </w:p>
        </w:tc>
      </w:tr>
      <w:tr w:rsidR="00C24924" w:rsidRPr="007F3631" w14:paraId="1DC1EF32" w14:textId="77777777" w:rsidTr="00032495">
        <w:trPr>
          <w:trHeight w:val="340"/>
        </w:trPr>
        <w:tc>
          <w:tcPr>
            <w:tcW w:w="2830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3B178C5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28.05.2027</w:t>
            </w:r>
          </w:p>
        </w:tc>
        <w:tc>
          <w:tcPr>
            <w:tcW w:w="2268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A72E474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Freitag</w:t>
            </w:r>
          </w:p>
        </w:tc>
        <w:tc>
          <w:tcPr>
            <w:tcW w:w="4684" w:type="dxa"/>
            <w:shd w:val="clear" w:color="auto" w:fill="FFF2CC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4B2E32C" w14:textId="00B20A16" w:rsidR="00C24924" w:rsidRPr="007F3631" w:rsidRDefault="00884F08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proofErr w:type="spellStart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schulaut</w:t>
            </w:r>
            <w:proofErr w:type="spellEnd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. </w:t>
            </w:r>
            <w:proofErr w:type="spellStart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freier</w:t>
            </w:r>
            <w:proofErr w:type="spellEnd"/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Tag</w:t>
            </w:r>
          </w:p>
        </w:tc>
      </w:tr>
      <w:tr w:rsidR="00C24924" w:rsidRPr="007F3631" w14:paraId="1B680263" w14:textId="77777777" w:rsidTr="00032495">
        <w:trPr>
          <w:trHeight w:val="340"/>
        </w:trPr>
        <w:tc>
          <w:tcPr>
            <w:tcW w:w="2830" w:type="dxa"/>
            <w:shd w:val="clear" w:color="auto" w:fill="E2F0D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6DFE451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09.07.2027</w:t>
            </w:r>
          </w:p>
        </w:tc>
        <w:tc>
          <w:tcPr>
            <w:tcW w:w="2268" w:type="dxa"/>
            <w:shd w:val="clear" w:color="auto" w:fill="E2F0D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646E92B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sz w:val="20"/>
                <w:szCs w:val="20"/>
              </w:rPr>
              <w:t>Freitag</w:t>
            </w:r>
          </w:p>
        </w:tc>
        <w:tc>
          <w:tcPr>
            <w:tcW w:w="4684" w:type="dxa"/>
            <w:shd w:val="clear" w:color="auto" w:fill="E2F0D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96BE61E" w14:textId="77777777" w:rsidR="00C24924" w:rsidRPr="007F3631" w:rsidRDefault="00C765BB" w:rsidP="0056194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 w:rsidRPr="007F3631">
              <w:rPr>
                <w:rFonts w:ascii="Calibri Light" w:hAnsi="Calibri Light" w:cs="Calibri Light"/>
                <w:b/>
                <w:sz w:val="20"/>
                <w:szCs w:val="20"/>
              </w:rPr>
              <w:t>Letzter Schultag</w:t>
            </w:r>
          </w:p>
        </w:tc>
      </w:tr>
    </w:tbl>
    <w:p w14:paraId="28D176BE" w14:textId="3A0C9385" w:rsidR="00C24924" w:rsidRPr="007F3631" w:rsidRDefault="00C24924" w:rsidP="006A0818">
      <w:pPr>
        <w:spacing w:before="60" w:after="0"/>
        <w:rPr>
          <w:rFonts w:ascii="Calibri Light" w:hAnsi="Calibri Light" w:cs="Calibri Light"/>
          <w:sz w:val="20"/>
          <w:szCs w:val="20"/>
        </w:rPr>
      </w:pPr>
    </w:p>
    <w:sectPr w:rsidR="00C24924" w:rsidRPr="007F3631" w:rsidSect="006A0818">
      <w:pgSz w:w="11906" w:h="16838"/>
      <w:pgMar w:top="454" w:right="510" w:bottom="426" w:left="510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234323"/>
    <w:multiLevelType w:val="hybridMultilevel"/>
    <w:tmpl w:val="314826EC"/>
    <w:lvl w:ilvl="0" w:tplc="21A624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6404AF"/>
    <w:multiLevelType w:val="hybridMultilevel"/>
    <w:tmpl w:val="4AB8FCA2"/>
    <w:lvl w:ilvl="0" w:tplc="6FCE99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00153B"/>
    <w:multiLevelType w:val="hybridMultilevel"/>
    <w:tmpl w:val="B298EC52"/>
    <w:lvl w:ilvl="0" w:tplc="D430B588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079607">
    <w:abstractNumId w:val="8"/>
  </w:num>
  <w:num w:numId="2" w16cid:durableId="335544793">
    <w:abstractNumId w:val="6"/>
  </w:num>
  <w:num w:numId="3" w16cid:durableId="1425879855">
    <w:abstractNumId w:val="5"/>
  </w:num>
  <w:num w:numId="4" w16cid:durableId="1212227391">
    <w:abstractNumId w:val="4"/>
  </w:num>
  <w:num w:numId="5" w16cid:durableId="1197743594">
    <w:abstractNumId w:val="7"/>
  </w:num>
  <w:num w:numId="6" w16cid:durableId="1650132414">
    <w:abstractNumId w:val="3"/>
  </w:num>
  <w:num w:numId="7" w16cid:durableId="2018993636">
    <w:abstractNumId w:val="2"/>
  </w:num>
  <w:num w:numId="8" w16cid:durableId="1958759118">
    <w:abstractNumId w:val="1"/>
  </w:num>
  <w:num w:numId="9" w16cid:durableId="1667055878">
    <w:abstractNumId w:val="0"/>
  </w:num>
  <w:num w:numId="10" w16cid:durableId="1199506403">
    <w:abstractNumId w:val="10"/>
  </w:num>
  <w:num w:numId="11" w16cid:durableId="180748923">
    <w:abstractNumId w:val="11"/>
  </w:num>
  <w:num w:numId="12" w16cid:durableId="10997889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0D5"/>
    <w:rsid w:val="00032495"/>
    <w:rsid w:val="00034616"/>
    <w:rsid w:val="0006063C"/>
    <w:rsid w:val="00096440"/>
    <w:rsid w:val="000B1AD5"/>
    <w:rsid w:val="000D0F56"/>
    <w:rsid w:val="0015074B"/>
    <w:rsid w:val="00151EE1"/>
    <w:rsid w:val="001535F6"/>
    <w:rsid w:val="001948C0"/>
    <w:rsid w:val="00195985"/>
    <w:rsid w:val="001A5F9A"/>
    <w:rsid w:val="001B6D08"/>
    <w:rsid w:val="001D014E"/>
    <w:rsid w:val="001E577C"/>
    <w:rsid w:val="00284485"/>
    <w:rsid w:val="00284C7D"/>
    <w:rsid w:val="0029639D"/>
    <w:rsid w:val="002A00A3"/>
    <w:rsid w:val="00326F90"/>
    <w:rsid w:val="003C40B5"/>
    <w:rsid w:val="003C43D4"/>
    <w:rsid w:val="004B198D"/>
    <w:rsid w:val="004F23F4"/>
    <w:rsid w:val="00561942"/>
    <w:rsid w:val="00576704"/>
    <w:rsid w:val="005E528A"/>
    <w:rsid w:val="00620268"/>
    <w:rsid w:val="006243E6"/>
    <w:rsid w:val="0063163C"/>
    <w:rsid w:val="006A0818"/>
    <w:rsid w:val="006A6E45"/>
    <w:rsid w:val="006D1CB8"/>
    <w:rsid w:val="006F4EAA"/>
    <w:rsid w:val="00710FF2"/>
    <w:rsid w:val="00720F4E"/>
    <w:rsid w:val="00722C12"/>
    <w:rsid w:val="00724B65"/>
    <w:rsid w:val="007B4062"/>
    <w:rsid w:val="007F3631"/>
    <w:rsid w:val="00827A0A"/>
    <w:rsid w:val="00863D3E"/>
    <w:rsid w:val="00884F08"/>
    <w:rsid w:val="008E6C78"/>
    <w:rsid w:val="00910A18"/>
    <w:rsid w:val="00936BC8"/>
    <w:rsid w:val="00951A02"/>
    <w:rsid w:val="009A0FD9"/>
    <w:rsid w:val="00A009EC"/>
    <w:rsid w:val="00A54E74"/>
    <w:rsid w:val="00A5647F"/>
    <w:rsid w:val="00A90DBB"/>
    <w:rsid w:val="00AA1D8D"/>
    <w:rsid w:val="00AB4DFA"/>
    <w:rsid w:val="00AD6DC5"/>
    <w:rsid w:val="00AE738F"/>
    <w:rsid w:val="00B40375"/>
    <w:rsid w:val="00B47730"/>
    <w:rsid w:val="00BB5E69"/>
    <w:rsid w:val="00BB7E7B"/>
    <w:rsid w:val="00BF2880"/>
    <w:rsid w:val="00C24924"/>
    <w:rsid w:val="00C555AD"/>
    <w:rsid w:val="00C765BB"/>
    <w:rsid w:val="00C7700A"/>
    <w:rsid w:val="00C861EC"/>
    <w:rsid w:val="00C91A5C"/>
    <w:rsid w:val="00CA2465"/>
    <w:rsid w:val="00CB0664"/>
    <w:rsid w:val="00CB5E5B"/>
    <w:rsid w:val="00CC6A8E"/>
    <w:rsid w:val="00CE01BB"/>
    <w:rsid w:val="00CF144B"/>
    <w:rsid w:val="00D549DB"/>
    <w:rsid w:val="00D60083"/>
    <w:rsid w:val="00D72F49"/>
    <w:rsid w:val="00DA1A3E"/>
    <w:rsid w:val="00E34C70"/>
    <w:rsid w:val="00EB0DAD"/>
    <w:rsid w:val="00ED1D7E"/>
    <w:rsid w:val="00EF4A5A"/>
    <w:rsid w:val="00F02855"/>
    <w:rsid w:val="00F52FB7"/>
    <w:rsid w:val="00F56C13"/>
    <w:rsid w:val="00F750FD"/>
    <w:rsid w:val="00F836F4"/>
    <w:rsid w:val="00FA4773"/>
    <w:rsid w:val="00FC693F"/>
    <w:rsid w:val="00FE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9A26C205-82E1-44FD-886A-5C0621535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ptos" w:hAnsi="Aptos"/>
      <w:sz w:val="17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Schuljahr 2026/27 – Oberösterreich</dc:title>
  <dc:subject>Monatskalender September 2026 bis Juli 2027 mit Feiertagen und Schulferien</dc:subject>
  <dc:creator>OpenAI</dc:creator>
  <cp:keywords/>
  <dc:description>generated by python-docx</dc:description>
  <cp:lastModifiedBy>VS Taufkirchen</cp:lastModifiedBy>
  <cp:revision>7</cp:revision>
  <dcterms:created xsi:type="dcterms:W3CDTF">2026-09-15T13:37:00Z</dcterms:created>
  <dcterms:modified xsi:type="dcterms:W3CDTF">2026-09-15T13:41:00Z</dcterms:modified>
  <cp:category/>
</cp:coreProperties>
</file>